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7280"/>
          <w:sz w:val="17"/>
        </w:rPr>
        <w:t>[Firmenname] · [Straße Nr.] · [PLZ Ort] · Tel: [Telefon] · [E-Mail]</w:t>
      </w:r>
    </w:p>
    <w:p>
      <w:r>
        <w:rPr>
          <w:b/>
          <w:color w:val="C8821A"/>
          <w:sz w:val="32"/>
        </w:rPr>
        <w:t>Abnahmeprotokoll</w:t>
      </w:r>
    </w:p>
    <w:tbl>
      <w:tblPr>
        <w:tblStyle w:val="LightGrid-Accent1"/>
        <w:tblW w:type="auto" w:w="0"/>
        <w:tblLook w:firstColumn="1" w:firstRow="1" w:lastColumn="0" w:lastRow="0" w:noHBand="0" w:noVBand="1" w:val="04A0"/>
      </w:tblPr>
      <w:tblGrid>
        <w:gridCol w:w="4706"/>
        <w:gridCol w:w="4706"/>
      </w:tblGrid>
      <w:tr>
        <w:tc>
          <w:tcPr>
            <w:tcW w:type="dxa" w:w="4706"/>
          </w:tcPr>
          <w:p>
            <w:r>
              <w:t>Angabe</w:t>
            </w:r>
          </w:p>
        </w:tc>
        <w:tc>
          <w:tcPr>
            <w:tcW w:type="dxa" w:w="4706"/>
          </w:tcPr>
          <w:p>
            <w:r>
              <w:t>Eintrag</w:t>
            </w:r>
          </w:p>
        </w:tc>
      </w:tr>
      <w:tr>
        <w:tc>
          <w:tcPr>
            <w:tcW w:type="dxa" w:w="4706"/>
          </w:tcPr>
          <w:p>
            <w:r>
              <w:t>Bauvorhaben / Objekt</w:t>
            </w:r>
          </w:p>
        </w:tc>
        <w:tc>
          <w:tcPr>
            <w:tcW w:type="dxa" w:w="4706"/>
          </w:tcPr>
          <w:p>
            <w:r>
              <w:t>[Adresse]</w:t>
            </w:r>
          </w:p>
        </w:tc>
      </w:tr>
      <w:tr>
        <w:tc>
          <w:tcPr>
            <w:tcW w:type="dxa" w:w="4706"/>
          </w:tcPr>
          <w:p>
            <w:r>
              <w:t>Auftraggeber</w:t>
            </w:r>
          </w:p>
        </w:tc>
        <w:tc>
          <w:tcPr>
            <w:tcW w:type="dxa" w:w="4706"/>
          </w:tcPr>
          <w:p>
            <w:r>
              <w:t>[Name, Anschrift]</w:t>
            </w:r>
          </w:p>
        </w:tc>
      </w:tr>
      <w:tr>
        <w:tc>
          <w:tcPr>
            <w:tcW w:type="dxa" w:w="4706"/>
          </w:tcPr>
          <w:p>
            <w:r>
              <w:t>Auftragnehmer</w:t>
            </w:r>
          </w:p>
        </w:tc>
        <w:tc>
          <w:tcPr>
            <w:tcW w:type="dxa" w:w="4706"/>
          </w:tcPr>
          <w:p>
            <w:r>
              <w:t>[Firmenname]</w:t>
            </w:r>
          </w:p>
        </w:tc>
      </w:tr>
      <w:tr>
        <w:tc>
          <w:tcPr>
            <w:tcW w:type="dxa" w:w="4706"/>
          </w:tcPr>
          <w:p>
            <w:r>
              <w:t>Vertrag / Auftrag vom</w:t>
            </w:r>
          </w:p>
        </w:tc>
        <w:tc>
          <w:tcPr>
            <w:tcW w:type="dxa" w:w="4706"/>
          </w:tcPr>
          <w:p>
            <w:r>
              <w:t>[Datum, Auftrags- oder Angebotsnummer]</w:t>
            </w:r>
          </w:p>
        </w:tc>
      </w:tr>
      <w:tr>
        <w:tc>
          <w:tcPr>
            <w:tcW w:type="dxa" w:w="4706"/>
          </w:tcPr>
          <w:p>
            <w:r>
              <w:t>Abgenommene Leistung</w:t>
            </w:r>
          </w:p>
        </w:tc>
        <w:tc>
          <w:tcPr>
            <w:tcW w:type="dxa" w:w="4706"/>
          </w:tcPr>
          <w:p>
            <w:r>
              <w:t>[z. B. Badsanierung komplett / Gewerk Elektro 1. OG]</w:t>
            </w:r>
          </w:p>
        </w:tc>
      </w:tr>
      <w:tr>
        <w:tc>
          <w:tcPr>
            <w:tcW w:type="dxa" w:w="4706"/>
          </w:tcPr>
          <w:p>
            <w:r>
              <w:t>Datum &amp; Uhrzeit der Abnahme</w:t>
            </w:r>
          </w:p>
        </w:tc>
        <w:tc>
          <w:tcPr>
            <w:tcW w:type="dxa" w:w="4706"/>
          </w:tcPr>
          <w:p>
            <w:r>
              <w:t>[Datum, Uhrzeit]</w:t>
            </w:r>
          </w:p>
        </w:tc>
      </w:tr>
      <w:tr>
        <w:tc>
          <w:tcPr>
            <w:tcW w:type="dxa" w:w="4706"/>
          </w:tcPr>
          <w:p>
            <w:r>
              <w:t>Anwesend</w:t>
            </w:r>
          </w:p>
        </w:tc>
        <w:tc>
          <w:tcPr>
            <w:tcW w:type="dxa" w:w="4706"/>
          </w:tcPr>
          <w:p>
            <w:r>
              <w:t>[Namen und Funktion aller Beteiligten]</w:t>
            </w:r>
          </w:p>
        </w:tc>
      </w:tr>
    </w:tbl>
    <w:p/>
    <w:p>
      <w:r>
        <w:rPr>
          <w:b/>
          <w:sz w:val="23"/>
        </w:rPr>
        <w:t>Ergebnis der Abnahme (zutreffendes ankreuzen)</w:t>
      </w:r>
    </w:p>
    <w:p>
      <w:r>
        <w:rPr>
          <w:b w:val="0"/>
        </w:rPr>
        <w:t>☐  Die Leistung wird ohne Mängel abgenommen.</w:t>
      </w:r>
    </w:p>
    <w:p>
      <w:r>
        <w:rPr>
          <w:b w:val="0"/>
        </w:rPr>
        <w:t>☐  Die Leistung wird abgenommen. Folgende Mängel werden vorbehalten und bis zur genannten Frist beseitigt:</w:t>
      </w:r>
    </w:p>
    <w:p>
      <w:r>
        <w:rPr>
          <w:b w:val="0"/>
        </w:rPr>
        <w:t>☐  Die Abnahme wird wegen folgender wesentlicher Mängel verweigert:</w:t>
      </w:r>
    </w:p>
    <w:tbl>
      <w:tblPr>
        <w:tblStyle w:val="LightGrid-Accent1"/>
        <w:tblW w:type="auto" w:w="0"/>
        <w:tblLook w:firstColumn="1" w:firstRow="1" w:lastColumn="0" w:lastRow="0" w:noHBand="0" w:noVBand="1" w:val="04A0"/>
      </w:tblPr>
      <w:tblGrid>
        <w:gridCol w:w="2353"/>
        <w:gridCol w:w="2353"/>
        <w:gridCol w:w="2353"/>
        <w:gridCol w:w="2353"/>
      </w:tblGrid>
      <w:tr>
        <w:tc>
          <w:tcPr>
            <w:tcW w:type="dxa" w:w="2353"/>
          </w:tcPr>
          <w:p>
            <w:r>
              <w:t>Nr.</w:t>
            </w:r>
          </w:p>
        </w:tc>
        <w:tc>
          <w:tcPr>
            <w:tcW w:type="dxa" w:w="2353"/>
          </w:tcPr>
          <w:p>
            <w:r>
              <w:t>Mangel / Beschreibung</w:t>
            </w:r>
          </w:p>
        </w:tc>
        <w:tc>
          <w:tcPr>
            <w:tcW w:type="dxa" w:w="2353"/>
          </w:tcPr>
          <w:p>
            <w:r>
              <w:t>Ort / Raum</w:t>
            </w:r>
          </w:p>
        </w:tc>
        <w:tc>
          <w:tcPr>
            <w:tcW w:type="dxa" w:w="2353"/>
          </w:tcPr>
          <w:p>
            <w:r>
              <w:t>Beseitigung bis</w:t>
            </w:r>
          </w:p>
        </w:tc>
      </w:tr>
      <w:tr>
        <w:tc>
          <w:tcPr>
            <w:tcW w:type="dxa" w:w="2353"/>
          </w:tcPr>
          <w:p/>
        </w:tc>
        <w:tc>
          <w:tcPr>
            <w:tcW w:type="dxa" w:w="2353"/>
          </w:tcPr>
          <w:p/>
        </w:tc>
        <w:tc>
          <w:tcPr>
            <w:tcW w:type="dxa" w:w="2353"/>
          </w:tcPr>
          <w:p/>
        </w:tc>
        <w:tc>
          <w:tcPr>
            <w:tcW w:type="dxa" w:w="2353"/>
          </w:tcPr>
          <w:p/>
        </w:tc>
      </w:tr>
      <w:tr>
        <w:tc>
          <w:tcPr>
            <w:tcW w:type="dxa" w:w="2353"/>
          </w:tcPr>
          <w:p/>
        </w:tc>
        <w:tc>
          <w:tcPr>
            <w:tcW w:type="dxa" w:w="2353"/>
          </w:tcPr>
          <w:p/>
        </w:tc>
        <w:tc>
          <w:tcPr>
            <w:tcW w:type="dxa" w:w="2353"/>
          </w:tcPr>
          <w:p/>
        </w:tc>
        <w:tc>
          <w:tcPr>
            <w:tcW w:type="dxa" w:w="2353"/>
          </w:tcPr>
          <w:p/>
        </w:tc>
      </w:tr>
      <w:tr>
        <w:tc>
          <w:tcPr>
            <w:tcW w:type="dxa" w:w="2353"/>
          </w:tcPr>
          <w:p/>
        </w:tc>
        <w:tc>
          <w:tcPr>
            <w:tcW w:type="dxa" w:w="2353"/>
          </w:tcPr>
          <w:p/>
        </w:tc>
        <w:tc>
          <w:tcPr>
            <w:tcW w:type="dxa" w:w="2353"/>
          </w:tcPr>
          <w:p/>
        </w:tc>
        <w:tc>
          <w:tcPr>
            <w:tcW w:type="dxa" w:w="2353"/>
          </w:tcPr>
          <w:p/>
        </w:tc>
      </w:tr>
      <w:tr>
        <w:tc>
          <w:tcPr>
            <w:tcW w:type="dxa" w:w="2353"/>
          </w:tcPr>
          <w:p/>
        </w:tc>
        <w:tc>
          <w:tcPr>
            <w:tcW w:type="dxa" w:w="2353"/>
          </w:tcPr>
          <w:p/>
        </w:tc>
        <w:tc>
          <w:tcPr>
            <w:tcW w:type="dxa" w:w="2353"/>
          </w:tcPr>
          <w:p/>
        </w:tc>
        <w:tc>
          <w:tcPr>
            <w:tcW w:type="dxa" w:w="2353"/>
          </w:tcPr>
          <w:p/>
        </w:tc>
      </w:tr>
      <w:tr>
        <w:tc>
          <w:tcPr>
            <w:tcW w:type="dxa" w:w="2353"/>
          </w:tcPr>
          <w:p/>
        </w:tc>
        <w:tc>
          <w:tcPr>
            <w:tcW w:type="dxa" w:w="2353"/>
          </w:tcPr>
          <w:p/>
        </w:tc>
        <w:tc>
          <w:tcPr>
            <w:tcW w:type="dxa" w:w="2353"/>
          </w:tcPr>
          <w:p/>
        </w:tc>
        <w:tc>
          <w:tcPr>
            <w:tcW w:type="dxa" w:w="2353"/>
          </w:tcPr>
          <w:p/>
        </w:tc>
      </w:tr>
    </w:tbl>
    <w:p/>
    <w:p>
      <w:r>
        <w:rPr>
          <w:b w:val="0"/>
        </w:rPr>
        <w:t>Vorbehalt einer Vertragsstrafe (falls vereinbart):  ☐ ja  ☐ nein  ·  [Betrag / Grundlage]</w:t>
      </w:r>
    </w:p>
    <w:p>
      <w:r>
        <w:rPr>
          <w:b w:val="0"/>
        </w:rPr>
        <w:t>Übergebene Unterlagen: ☐ Bedienungsanleitungen  ☐ Prüfprotokolle  ☐ Wartungshinweise  ☐ [Sonstiges]</w:t>
      </w:r>
    </w:p>
    <w:p>
      <w:r>
        <w:rPr>
          <w:b w:val="0"/>
        </w:rPr>
        <w:t>Beginn der Gewährleistungsfrist: [Datum der Abnahme]</w:t>
      </w:r>
    </w:p>
    <w:p/>
    <w:p>
      <w:r>
        <w:rPr>
          <w:b w:val="0"/>
        </w:rPr>
        <w:t>______________________________          ______________________________</w:t>
        <w:br/>
        <w:t>Auftraggeber (Unterschrift)                       Auftragnehmer (Unterschrift)</w:t>
      </w:r>
    </w:p>
    <w:p>
      <w:r>
        <w:rPr>
          <w:color w:val="6B7280"/>
          <w:sz w:val="17"/>
        </w:rPr>
        <w:t>Mit der Abnahme beginnt die Gewährleistung und die Vergütung wird fällig (§§ 640, 641 BGB). Bekannte Mängel und eine Vertragsstrafe müssen bei der Abnahme vorbehalten werden, sonst können Rechte verloren gehen (§ 640 Abs. 3, § 341 Abs. 3 BGB). | Vorlage bereitgestellt von handwerkstool.de — Abnahmeprotokolle digital unterschreiben lassen: https://handwerkstool.de</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