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7280"/>
          <w:sz w:val="17"/>
        </w:rPr>
        <w:t>[Firmenname] · [Straße Nr.] · [PLZ Ort] · Tel: [Telefon] · [E-Mail]</w:t>
      </w:r>
    </w:p>
    <w:p/>
    <w:p>
      <w:r>
        <w:rPr>
          <w:b w:val="0"/>
        </w:rPr>
        <w:t>[Kundename]</w:t>
      </w:r>
    </w:p>
    <w:p>
      <w:r>
        <w:rPr>
          <w:b w:val="0"/>
        </w:rPr>
        <w:t>[Straße Nr.]</w:t>
      </w:r>
    </w:p>
    <w:p>
      <w:r>
        <w:rPr>
          <w:b w:val="0"/>
        </w:rPr>
        <w:t>[PLZ Ort]</w:t>
      </w:r>
    </w:p>
    <w:p>
      <w:pPr>
        <w:jc w:val="right"/>
      </w:pPr>
      <w:r>
        <w:rPr>
          <w:b w:val="0"/>
        </w:rPr>
        <w:t>[Ort], den [Datum]</w:t>
      </w:r>
    </w:p>
    <w:p>
      <w:r>
        <w:rPr>
          <w:b/>
          <w:color w:val="C8821A"/>
          <w:sz w:val="32"/>
        </w:rPr>
        <w:t>Auftragsbestätigung Nr. [2026-___]</w:t>
      </w:r>
    </w:p>
    <w:p>
      <w:r>
        <w:rPr>
          <w:b w:val="0"/>
        </w:rPr>
        <w:t>Ihr Auftrag vom: [Datum]   ·   Unser Angebot Nr.: [2026-___] vom [Datum]</w:t>
      </w:r>
    </w:p>
    <w:p>
      <w:r>
        <w:rPr>
          <w:b w:val="0"/>
        </w:rPr>
        <w:t>Objekt / Baustelle: [Adresse der Baustelle]</w:t>
      </w:r>
    </w:p>
    <w:p>
      <w:r>
        <w:rPr>
          <w:b w:val="0"/>
        </w:rPr>
        <w:t>Sehr geehrte/r [Anrede Name],</w:t>
        <w:br/>
        <w:br/>
        <w:t>vielen Dank für Ihren Auftrag! Hiermit bestätigen wir Ihnen die Ausführung folgender Leistungen zu den vereinbarten Bedingungen: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1569"/>
          </w:tcPr>
          <w:p>
            <w:r>
              <w:t>Pos.</w:t>
            </w:r>
          </w:p>
        </w:tc>
        <w:tc>
          <w:tcPr>
            <w:tcW w:type="dxa" w:w="1569"/>
          </w:tcPr>
          <w:p>
            <w:r>
              <w:t>Leistung / Beschreibung</w:t>
            </w:r>
          </w:p>
        </w:tc>
        <w:tc>
          <w:tcPr>
            <w:tcW w:type="dxa" w:w="1569"/>
          </w:tcPr>
          <w:p>
            <w:r>
              <w:t>Menge</w:t>
            </w:r>
          </w:p>
        </w:tc>
        <w:tc>
          <w:tcPr>
            <w:tcW w:type="dxa" w:w="1569"/>
          </w:tcPr>
          <w:p>
            <w:r>
              <w:t>Einheit</w:t>
            </w:r>
          </w:p>
        </w:tc>
        <w:tc>
          <w:tcPr>
            <w:tcW w:type="dxa" w:w="1569"/>
          </w:tcPr>
          <w:p>
            <w:r>
              <w:t>Einzelpreis (netto)</w:t>
            </w:r>
          </w:p>
        </w:tc>
        <w:tc>
          <w:tcPr>
            <w:tcW w:type="dxa" w:w="1569"/>
          </w:tcPr>
          <w:p>
            <w:r>
              <w:t>Gesamt (netto)</w:t>
            </w:r>
          </w:p>
        </w:tc>
      </w:tr>
      <w:tr>
        <w:tc>
          <w:tcPr>
            <w:tcW w:type="dxa" w:w="1569"/>
          </w:tcPr>
          <w:p>
            <w:r>
              <w:t>1</w:t>
            </w:r>
          </w:p>
        </w:tc>
        <w:tc>
          <w:tcPr>
            <w:tcW w:type="dxa" w:w="1569"/>
          </w:tcPr>
          <w:p>
            <w:r>
              <w:t>[Leistung laut Angebot]</w:t>
            </w:r>
          </w:p>
        </w:tc>
        <w:tc>
          <w:tcPr>
            <w:tcW w:type="dxa" w:w="1569"/>
          </w:tcPr>
          <w:p>
            <w:r>
              <w:t>[ ]</w:t>
            </w:r>
          </w:p>
        </w:tc>
        <w:tc>
          <w:tcPr>
            <w:tcW w:type="dxa" w:w="1569"/>
          </w:tcPr>
          <w:p>
            <w:r>
              <w:t>[ ]</w:t>
            </w:r>
          </w:p>
        </w:tc>
        <w:tc>
          <w:tcPr>
            <w:tcW w:type="dxa" w:w="1569"/>
          </w:tcPr>
          <w:p>
            <w:r>
              <w:t>[ ] €</w:t>
            </w:r>
          </w:p>
        </w:tc>
        <w:tc>
          <w:tcPr>
            <w:tcW w:type="dxa" w:w="1569"/>
          </w:tcPr>
          <w:p>
            <w:r>
              <w:t>[ ] €</w:t>
            </w:r>
          </w:p>
        </w:tc>
      </w:tr>
      <w:tr>
        <w:tc>
          <w:tcPr>
            <w:tcW w:type="dxa" w:w="1569"/>
          </w:tcPr>
          <w:p>
            <w:r>
              <w:t>2</w:t>
            </w:r>
          </w:p>
        </w:tc>
        <w:tc>
          <w:tcPr>
            <w:tcW w:type="dxa" w:w="1569"/>
          </w:tcPr>
          <w:p>
            <w:r>
              <w:t>[Leistung laut Angebot]</w:t>
            </w:r>
          </w:p>
        </w:tc>
        <w:tc>
          <w:tcPr>
            <w:tcW w:type="dxa" w:w="1569"/>
          </w:tcPr>
          <w:p>
            <w:r>
              <w:t>[ ]</w:t>
            </w:r>
          </w:p>
        </w:tc>
        <w:tc>
          <w:tcPr>
            <w:tcW w:type="dxa" w:w="1569"/>
          </w:tcPr>
          <w:p>
            <w:r>
              <w:t>[ ]</w:t>
            </w:r>
          </w:p>
        </w:tc>
        <w:tc>
          <w:tcPr>
            <w:tcW w:type="dxa" w:w="1569"/>
          </w:tcPr>
          <w:p>
            <w:r>
              <w:t>[ ] €</w:t>
            </w:r>
          </w:p>
        </w:tc>
        <w:tc>
          <w:tcPr>
            <w:tcW w:type="dxa" w:w="1569"/>
          </w:tcPr>
          <w:p>
            <w:r>
              <w:t>[ ] €</w:t>
            </w:r>
          </w:p>
        </w:tc>
      </w:tr>
      <w:tr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</w:tr>
      <w:tr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</w:tr>
    </w:tbl>
    <w:p/>
    <w:p>
      <w:r>
        <w:rPr>
          <w:b w:val="0"/>
        </w:rPr>
        <w:t>Auftragssumme netto:  [______ €]</w:t>
      </w:r>
    </w:p>
    <w:p>
      <w:r>
        <w:rPr>
          <w:b w:val="0"/>
        </w:rPr>
        <w:t>zzgl. 19 % USt.:  [______ €]</w:t>
      </w:r>
    </w:p>
    <w:p>
      <w:r>
        <w:rPr>
          <w:b/>
        </w:rPr>
        <w:t>Auftragssumme brutto:  [______ €]</w:t>
      </w:r>
    </w:p>
    <w:p/>
    <w:p>
      <w:r>
        <w:rPr>
          <w:b w:val="0"/>
        </w:rPr>
        <w:t>Ausführungstermin: Beginn [Datum / KW __], voraussichtliche Fertigstellung [Datum / KW __]</w:t>
      </w:r>
    </w:p>
    <w:p>
      <w:r>
        <w:rPr>
          <w:b w:val="0"/>
        </w:rPr>
        <w:t>Ihr Ansprechpartner: [Name] · Tel: [Telefon] · [E-Mail]</w:t>
      </w:r>
    </w:p>
    <w:p>
      <w:r>
        <w:rPr>
          <w:b w:val="0"/>
        </w:rPr>
        <w:t>Zahlungsplan: [z. B. 30 % Anzahlung bei Auftragsbestätigung · 40 % nach Rohinstallation · Rest nach Abnahme], jeweils zahlbar innerhalb von [__] Tagen nach Rechnungsstellung.</w:t>
      </w:r>
    </w:p>
    <w:p>
      <w:r>
        <w:rPr>
          <w:b w:val="0"/>
        </w:rPr>
        <w:t>Vom Kunden bereitzustellen: [z. B. Zugang zur Baustelle, Strom- und Wasseranschluss, geräumte Arbeitsbereiche]</w:t>
      </w:r>
    </w:p>
    <w:p>
      <w:r>
        <w:rPr>
          <w:b w:val="0"/>
        </w:rPr>
        <w:t>Änderungen und Zusatzleistungen: Wünsche, die über diesen Auftrag hinausgehen, stimmen wir vorab mit Ihnen ab und bestätigen sie schriftlich als Nachtrag mit Preis.</w:t>
      </w:r>
    </w:p>
    <w:p>
      <w:r>
        <w:rPr>
          <w:b w:val="0"/>
        </w:rPr>
        <w:t>Sollte etwas von Ihrem Verständnis abweichen, melden Sie sich bitte innerhalb von [__] Tagen.</w:t>
        <w:br/>
        <w:br/>
        <w:t>Wir freuen uns auf die Zusammenarbeit!</w:t>
        <w:br/>
        <w:br/>
        <w:t>Mit freundlichen Grüßen</w:t>
        <w:br/>
        <w:t>[Name, Firma]</w:t>
      </w:r>
    </w:p>
    <w:p>
      <w:r>
        <w:rPr>
          <w:color w:val="6B7280"/>
          <w:sz w:val="17"/>
        </w:rPr>
        <w:t>Hinweis für Verbraucher: Wurde der Vertrag außerhalb unserer Geschäftsräume oder per Fernkommunikation geschlossen, besteht ein 14-tägiges Widerrufsrecht — die Widerrufsbelehrung liegt bei. | Vorlage bereitgestellt von handwerkstool.de — Auftragsbestätigungen mit einem Klick aus dem Angebot: https://handwerkstool.de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