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7280"/>
          <w:sz w:val="17"/>
        </w:rPr>
        <w:t>[Firmenname] · [Straße Nr.] · [PLZ Ort] · Tel: [Telefon] · [E-Mail]</w:t>
      </w:r>
    </w:p>
    <w:p/>
    <w:p>
      <w:r>
        <w:rPr>
          <w:b w:val="0"/>
        </w:rPr>
        <w:t>[Kundename]</w:t>
      </w:r>
    </w:p>
    <w:p>
      <w:r>
        <w:rPr>
          <w:b w:val="0"/>
        </w:rPr>
        <w:t>[Straße Nr.]</w:t>
      </w:r>
    </w:p>
    <w:p>
      <w:r>
        <w:rPr>
          <w:b w:val="0"/>
        </w:rPr>
        <w:t>[PLZ Ort]</w:t>
      </w:r>
    </w:p>
    <w:p>
      <w:pPr>
        <w:jc w:val="right"/>
      </w:pPr>
      <w:r>
        <w:rPr>
          <w:b w:val="0"/>
        </w:rPr>
        <w:t>[Ort], den [Datum]</w:t>
      </w:r>
    </w:p>
    <w:p>
      <w:r>
        <w:rPr>
          <w:b/>
          <w:color w:val="C8821A"/>
          <w:sz w:val="32"/>
        </w:rPr>
        <w:t>Kostenvoranschlag Nr. [2026-___]</w:t>
      </w:r>
    </w:p>
    <w:p>
      <w:r>
        <w:rPr>
          <w:b w:val="0"/>
        </w:rPr>
        <w:t>Objekt / Baustelle: [Adresse der Baustelle]</w:t>
      </w:r>
    </w:p>
    <w:p>
      <w:r>
        <w:rPr>
          <w:b w:val="0"/>
        </w:rPr>
        <w:t>Sehr geehrte/r [Anrede Name],</w:t>
        <w:br/>
        <w:br/>
        <w:t>vielen Dank für Ihre Anfrage. Nach Besichtigung vor Ort schätzen wir die Kosten für die gewünschten Arbeiten wie folgt: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c>
          <w:tcPr>
            <w:tcW w:type="dxa" w:w="1569"/>
          </w:tcPr>
          <w:p>
            <w:r>
              <w:t>Pos.</w:t>
            </w:r>
          </w:p>
        </w:tc>
        <w:tc>
          <w:tcPr>
            <w:tcW w:type="dxa" w:w="1569"/>
          </w:tcPr>
          <w:p>
            <w:r>
              <w:t>Leistung / Beschreibung</w:t>
            </w:r>
          </w:p>
        </w:tc>
        <w:tc>
          <w:tcPr>
            <w:tcW w:type="dxa" w:w="1569"/>
          </w:tcPr>
          <w:p>
            <w:r>
              <w:t>Menge (ca.)</w:t>
            </w:r>
          </w:p>
        </w:tc>
        <w:tc>
          <w:tcPr>
            <w:tcW w:type="dxa" w:w="1569"/>
          </w:tcPr>
          <w:p>
            <w:r>
              <w:t>Einheit</w:t>
            </w:r>
          </w:p>
        </w:tc>
        <w:tc>
          <w:tcPr>
            <w:tcW w:type="dxa" w:w="1569"/>
          </w:tcPr>
          <w:p>
            <w:r>
              <w:t>Einzelpreis (netto)</w:t>
            </w:r>
          </w:p>
        </w:tc>
        <w:tc>
          <w:tcPr>
            <w:tcW w:type="dxa" w:w="1569"/>
          </w:tcPr>
          <w:p>
            <w:r>
              <w:t>Gesamt (netto)</w:t>
            </w:r>
          </w:p>
        </w:tc>
      </w:tr>
      <w:tr>
        <w:tc>
          <w:tcPr>
            <w:tcW w:type="dxa" w:w="1569"/>
          </w:tcPr>
          <w:p>
            <w:r>
              <w:t>1</w:t>
            </w:r>
          </w:p>
        </w:tc>
        <w:tc>
          <w:tcPr>
            <w:tcW w:type="dxa" w:w="1569"/>
          </w:tcPr>
          <w:p>
            <w:r>
              <w:t>[Arbeitsleistung, z. B. Demontage]</w:t>
            </w:r>
          </w:p>
        </w:tc>
        <w:tc>
          <w:tcPr>
            <w:tcW w:type="dxa" w:w="1569"/>
          </w:tcPr>
          <w:p>
            <w:r>
              <w:t>[ ]</w:t>
            </w:r>
          </w:p>
        </w:tc>
        <w:tc>
          <w:tcPr>
            <w:tcW w:type="dxa" w:w="1569"/>
          </w:tcPr>
          <w:p>
            <w:r>
              <w:t>[Std.]</w:t>
            </w:r>
          </w:p>
        </w:tc>
        <w:tc>
          <w:tcPr>
            <w:tcW w:type="dxa" w:w="1569"/>
          </w:tcPr>
          <w:p>
            <w:r>
              <w:t>[ ] €</w:t>
            </w:r>
          </w:p>
        </w:tc>
        <w:tc>
          <w:tcPr>
            <w:tcW w:type="dxa" w:w="1569"/>
          </w:tcPr>
          <w:p>
            <w:r>
              <w:t>[ ] €</w:t>
            </w:r>
          </w:p>
        </w:tc>
      </w:tr>
      <w:tr>
        <w:tc>
          <w:tcPr>
            <w:tcW w:type="dxa" w:w="1569"/>
          </w:tcPr>
          <w:p>
            <w:r>
              <w:t>2</w:t>
            </w:r>
          </w:p>
        </w:tc>
        <w:tc>
          <w:tcPr>
            <w:tcW w:type="dxa" w:w="1569"/>
          </w:tcPr>
          <w:p>
            <w:r>
              <w:t>[Material, z. B. Fliesen inkl. Kleber]</w:t>
            </w:r>
          </w:p>
        </w:tc>
        <w:tc>
          <w:tcPr>
            <w:tcW w:type="dxa" w:w="1569"/>
          </w:tcPr>
          <w:p>
            <w:r>
              <w:t>[ ]</w:t>
            </w:r>
          </w:p>
        </w:tc>
        <w:tc>
          <w:tcPr>
            <w:tcW w:type="dxa" w:w="1569"/>
          </w:tcPr>
          <w:p>
            <w:r>
              <w:t>[m²]</w:t>
            </w:r>
          </w:p>
        </w:tc>
        <w:tc>
          <w:tcPr>
            <w:tcW w:type="dxa" w:w="1569"/>
          </w:tcPr>
          <w:p>
            <w:r>
              <w:t>[ ] €</w:t>
            </w:r>
          </w:p>
        </w:tc>
        <w:tc>
          <w:tcPr>
            <w:tcW w:type="dxa" w:w="1569"/>
          </w:tcPr>
          <w:p>
            <w:r>
              <w:t>[ ] €</w:t>
            </w:r>
          </w:p>
        </w:tc>
      </w:tr>
      <w:tr>
        <w:tc>
          <w:tcPr>
            <w:tcW w:type="dxa" w:w="1569"/>
          </w:tcPr>
          <w:p>
            <w:r>
              <w:t>3</w:t>
            </w:r>
          </w:p>
        </w:tc>
        <w:tc>
          <w:tcPr>
            <w:tcW w:type="dxa" w:w="1569"/>
          </w:tcPr>
          <w:p>
            <w:r>
              <w:t>[Anfahrt / Entsorgung]</w:t>
            </w:r>
          </w:p>
        </w:tc>
        <w:tc>
          <w:tcPr>
            <w:tcW w:type="dxa" w:w="1569"/>
          </w:tcPr>
          <w:p>
            <w:r>
              <w:t>[ ]</w:t>
            </w:r>
          </w:p>
        </w:tc>
        <w:tc>
          <w:tcPr>
            <w:tcW w:type="dxa" w:w="1569"/>
          </w:tcPr>
          <w:p>
            <w:r>
              <w:t>[pausch.]</w:t>
            </w:r>
          </w:p>
        </w:tc>
        <w:tc>
          <w:tcPr>
            <w:tcW w:type="dxa" w:w="1569"/>
          </w:tcPr>
          <w:p>
            <w:r>
              <w:t>[ ] €</w:t>
            </w:r>
          </w:p>
        </w:tc>
        <w:tc>
          <w:tcPr>
            <w:tcW w:type="dxa" w:w="1569"/>
          </w:tcPr>
          <w:p>
            <w:r>
              <w:t>[ ] €</w:t>
            </w:r>
          </w:p>
        </w:tc>
      </w:tr>
      <w:tr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</w:tr>
      <w:tr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</w:tr>
    </w:tbl>
    <w:p/>
    <w:p>
      <w:r>
        <w:rPr>
          <w:b w:val="0"/>
        </w:rPr>
        <w:t>Voraussichtliche Kosten netto:  [______ €]</w:t>
      </w:r>
    </w:p>
    <w:p>
      <w:r>
        <w:rPr>
          <w:b w:val="0"/>
        </w:rPr>
        <w:t>zzgl. 19 % USt.:  [______ €]</w:t>
      </w:r>
    </w:p>
    <w:p>
      <w:r>
        <w:rPr>
          <w:b/>
        </w:rPr>
        <w:t>Voraussichtliche Kosten brutto:  [______ €]</w:t>
      </w:r>
    </w:p>
    <w:p/>
    <w:p>
      <w:r>
        <w:rPr>
          <w:b w:val="0"/>
        </w:rPr>
        <w:t>Wichtig: Dies ist ein unverbindlicher Kostenvoranschlag (§ 649 BGB). Die tatsächlichen Kosten können hiervon geringfügig abweichen. Zeichnet sich eine wesentliche Überschreitung ab, informieren wir Sie unverzüglich vor der Ausführung.</w:t>
      </w:r>
    </w:p>
    <w:p>
      <w:r>
        <w:rPr>
          <w:b w:val="0"/>
        </w:rPr>
        <w:t>Grundlage der Schätzung: [Besichtigung am ___ / Ihre Angaben / Aufmaß vom ___]. Nicht enthalten: [z. B. Arbeiten an verdeckten Leitungen, Schäden an der Unterkonstruktion].</w:t>
      </w:r>
    </w:p>
    <w:p>
      <w:r>
        <w:rPr>
          <w:b w:val="0"/>
        </w:rPr>
        <w:t>Kosten des Kostenvoranschlags: [Die Erstellung ist kostenlos.] ODER [Wie vereinbart berechnen wir ___ €; bei Auftragserteilung wird der Betrag verrechnet.]</w:t>
      </w:r>
    </w:p>
    <w:p>
      <w:r>
        <w:rPr>
          <w:b w:val="0"/>
        </w:rPr>
        <w:t>Ausführungszeitraum: [KW __ / nach Absprache]</w:t>
      </w:r>
    </w:p>
    <w:p>
      <w:r>
        <w:rPr>
          <w:b w:val="0"/>
        </w:rPr>
        <w:t>Wenn Sie uns beauftragen möchten, genügt eine kurze Rückmeldung oder Ihre Unterschrift unten.</w:t>
        <w:br/>
        <w:br/>
        <w:t>Mit freundlichen Grüßen</w:t>
        <w:br/>
        <w:t>[Name, Firma]</w:t>
      </w:r>
    </w:p>
    <w:p/>
    <w:p>
      <w:r>
        <w:rPr>
          <w:b w:val="0"/>
        </w:rPr>
        <w:t>Auftrag auf Grundlage dieses Kostenvoranschlags erteilt:</w:t>
        <w:br/>
        <w:br/>
        <w:t>______________________________          ______________________________</w:t>
        <w:br/>
        <w:t>Ort, Datum                                               Unterschrift Auftraggeber</w:t>
      </w:r>
    </w:p>
    <w:p>
      <w:r>
        <w:rPr>
          <w:color w:val="6B7280"/>
          <w:sz w:val="17"/>
        </w:rPr>
        <w:t>Ein Kostenvoranschlag ist im Zweifel nicht zu vergüten (§ 632 Abs. 3 BGB) — eine Gebühr nur berechnen, wenn sie vorher vereinbart wurde. | Vorlage bereitgestellt von handwerkstool.de — Kostenvoranschläge in 60 Sekunden statt Vorlagen ausfüllen: https://handwerkstool.de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