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7280"/>
          <w:sz w:val="17"/>
        </w:rPr>
        <w:t>[Firmenname] · [Straße Nr.] · [PLZ Ort] · Tel: [Telefon] · [E-Mail]</w:t>
      </w:r>
    </w:p>
    <w:p>
      <w:r>
        <w:rPr>
          <w:b/>
          <w:color w:val="C8821A"/>
          <w:sz w:val="32"/>
        </w:rPr>
        <w:t>Regiebericht / Stundenlohnzettel Nr. [___]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Angabe</w:t>
            </w:r>
          </w:p>
        </w:tc>
        <w:tc>
          <w:tcPr>
            <w:tcW w:type="dxa" w:w="4706"/>
          </w:tcPr>
          <w:p>
            <w:r>
              <w:t>Eintrag</w:t>
            </w:r>
          </w:p>
        </w:tc>
      </w:tr>
      <w:tr>
        <w:tc>
          <w:tcPr>
            <w:tcW w:type="dxa" w:w="4706"/>
          </w:tcPr>
          <w:p>
            <w:r>
              <w:t>Datum</w:t>
            </w:r>
          </w:p>
        </w:tc>
        <w:tc>
          <w:tcPr>
            <w:tcW w:type="dxa" w:w="4706"/>
          </w:tcPr>
          <w:p>
            <w:r>
              <w:t>[Datum]</w:t>
            </w:r>
          </w:p>
        </w:tc>
      </w:tr>
      <w:tr>
        <w:tc>
          <w:tcPr>
            <w:tcW w:type="dxa" w:w="4706"/>
          </w:tcPr>
          <w:p>
            <w:r>
              <w:t>Bauvorhaben / Objekt</w:t>
            </w:r>
          </w:p>
        </w:tc>
        <w:tc>
          <w:tcPr>
            <w:tcW w:type="dxa" w:w="4706"/>
          </w:tcPr>
          <w:p>
            <w:r>
              <w:t>[Adresse]</w:t>
            </w:r>
          </w:p>
        </w:tc>
      </w:tr>
      <w:tr>
        <w:tc>
          <w:tcPr>
            <w:tcW w:type="dxa" w:w="4706"/>
          </w:tcPr>
          <w:p>
            <w:r>
              <w:t>Auftraggeber</w:t>
            </w:r>
          </w:p>
        </w:tc>
        <w:tc>
          <w:tcPr>
            <w:tcW w:type="dxa" w:w="4706"/>
          </w:tcPr>
          <w:p>
            <w:r>
              <w:t>[Name]</w:t>
            </w:r>
          </w:p>
        </w:tc>
      </w:tr>
      <w:tr>
        <w:tc>
          <w:tcPr>
            <w:tcW w:type="dxa" w:w="4706"/>
          </w:tcPr>
          <w:p>
            <w:r>
              <w:t>Auftrag / Bezug</w:t>
            </w:r>
          </w:p>
        </w:tc>
        <w:tc>
          <w:tcPr>
            <w:tcW w:type="dxa" w:w="4706"/>
          </w:tcPr>
          <w:p>
            <w:r>
              <w:t>[Auftragsnummer · Stundenlohnarbeiten vereinbart am ___ durch ___]</w:t>
            </w:r>
          </w:p>
        </w:tc>
      </w:tr>
    </w:tbl>
    <w:p/>
    <w:p>
      <w:r>
        <w:rPr>
          <w:b/>
          <w:sz w:val="23"/>
        </w:rPr>
        <w:t>Ausgeführte Arbeiten</w:t>
      </w:r>
    </w:p>
    <w:p>
      <w:r>
        <w:rPr>
          <w:b w:val="0"/>
        </w:rPr>
        <w:t>[Was wurde gemacht? Möglichst konkret: Ort, Umfang, Grund — z. B. „Zusätzliche Kernbohrung DN 100 im Keller, Raum K2, auf Anweisung von Herrn ___"]</w:t>
      </w:r>
    </w:p>
    <w:p>
      <w:r>
        <w:rPr>
          <w:b/>
          <w:sz w:val="23"/>
        </w:rPr>
        <w:t>Personal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1569"/>
          </w:tcPr>
          <w:p>
            <w:r>
              <w:t>Name</w:t>
            </w:r>
          </w:p>
        </w:tc>
        <w:tc>
          <w:tcPr>
            <w:tcW w:type="dxa" w:w="1569"/>
          </w:tcPr>
          <w:p>
            <w:r>
              <w:t>Qualifikation</w:t>
            </w:r>
          </w:p>
        </w:tc>
        <w:tc>
          <w:tcPr>
            <w:tcW w:type="dxa" w:w="1569"/>
          </w:tcPr>
          <w:p>
            <w:r>
              <w:t>Beginn</w:t>
            </w:r>
          </w:p>
        </w:tc>
        <w:tc>
          <w:tcPr>
            <w:tcW w:type="dxa" w:w="1569"/>
          </w:tcPr>
          <w:p>
            <w:r>
              <w:t>Ende</w:t>
            </w:r>
          </w:p>
        </w:tc>
        <w:tc>
          <w:tcPr>
            <w:tcW w:type="dxa" w:w="1569"/>
          </w:tcPr>
          <w:p>
            <w:r>
              <w:t>Pause</w:t>
            </w:r>
          </w:p>
        </w:tc>
        <w:tc>
          <w:tcPr>
            <w:tcW w:type="dxa" w:w="1569"/>
          </w:tcPr>
          <w:p>
            <w:r>
              <w:t>Stunden</w:t>
            </w:r>
          </w:p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  <w:tr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  <w:tc>
          <w:tcPr>
            <w:tcW w:type="dxa" w:w="1569"/>
          </w:tcPr>
          <w:p/>
        </w:tc>
      </w:tr>
    </w:tbl>
    <w:p/>
    <w:p>
      <w:r>
        <w:rPr>
          <w:b/>
          <w:sz w:val="23"/>
        </w:rPr>
        <w:t>Material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>
              <w:t>Material / Artikel</w:t>
            </w:r>
          </w:p>
        </w:tc>
        <w:tc>
          <w:tcPr>
            <w:tcW w:type="dxa" w:w="2353"/>
          </w:tcPr>
          <w:p>
            <w:r>
              <w:t>Menge</w:t>
            </w:r>
          </w:p>
        </w:tc>
        <w:tc>
          <w:tcPr>
            <w:tcW w:type="dxa" w:w="2353"/>
          </w:tcPr>
          <w:p>
            <w:r>
              <w:t>Einheit</w:t>
            </w:r>
          </w:p>
        </w:tc>
        <w:tc>
          <w:tcPr>
            <w:tcW w:type="dxa" w:w="2353"/>
          </w:tcPr>
          <w:p>
            <w:r>
              <w:t>Bemerkung</w:t>
            </w:r>
          </w:p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  <w:tr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  <w:tc>
          <w:tcPr>
            <w:tcW w:type="dxa" w:w="2353"/>
          </w:tcPr>
          <w:p/>
        </w:tc>
      </w:tr>
    </w:tbl>
    <w:p/>
    <w:p>
      <w:r>
        <w:rPr>
          <w:b/>
          <w:sz w:val="23"/>
        </w:rPr>
        <w:t>Geräte / Maschinen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Gerät</w:t>
            </w:r>
          </w:p>
        </w:tc>
        <w:tc>
          <w:tcPr>
            <w:tcW w:type="dxa" w:w="3137"/>
          </w:tcPr>
          <w:p>
            <w:r>
              <w:t>Einsatzdauer</w:t>
            </w:r>
          </w:p>
        </w:tc>
        <w:tc>
          <w:tcPr>
            <w:tcW w:type="dxa" w:w="3137"/>
          </w:tcPr>
          <w:p>
            <w:r>
              <w:t>Bemerkung</w:t>
            </w:r>
          </w:p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  <w:tr>
        <w:tc>
          <w:tcPr>
            <w:tcW w:type="dxa" w:w="3137"/>
          </w:tcPr>
          <w:p/>
        </w:tc>
        <w:tc>
          <w:tcPr>
            <w:tcW w:type="dxa" w:w="3137"/>
          </w:tcPr>
          <w:p/>
        </w:tc>
        <w:tc>
          <w:tcPr>
            <w:tcW w:type="dxa" w:w="3137"/>
          </w:tcPr>
          <w:p/>
        </w:tc>
      </w:tr>
    </w:tbl>
    <w:p/>
    <w:p>
      <w:r>
        <w:rPr>
          <w:b w:val="0"/>
        </w:rPr>
        <w:t>Bestätigung des Auftraggebers: Die oben aufgeführten Stunden, Materialien und Geräteeinsätze werden bestätigt.</w:t>
      </w:r>
    </w:p>
    <w:p/>
    <w:p>
      <w:r>
        <w:rPr>
          <w:b w:val="0"/>
        </w:rPr>
        <w:t>______________________________          ______________________________</w:t>
        <w:br/>
        <w:t>Auftragnehmer (Unterschrift)                       Auftraggeber / Bauleitung (Unterschrift)</w:t>
      </w:r>
    </w:p>
    <w:p>
      <w:r>
        <w:rPr>
          <w:color w:val="6B7280"/>
          <w:sz w:val="17"/>
        </w:rPr>
        <w:t>Bei VOB/B-Verträgen: Stundenlohnarbeiten werden nur vergütet, wenn sie vor Beginn ausdrücklich vereinbart wurden (§ 2 Abs. 10 VOB/B). Stundenlohnzettel werktäglich oder wöchentlich einreichen; der Auftraggeber muss sie binnen 6 Werktagen zurückgeben, sonst gelten sie als anerkannt (§ 15 Abs. 3 VOB/B). | Vorlage bereitgestellt von handwerkstool.de — Stunden per Handy erfassen und direkt abrechnen: https://handwerkstool.de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