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7280"/>
          <w:sz w:val="17"/>
        </w:rPr>
        <w:t>[Firmenname] · [Straße Nr.] · [PLZ Ort] · Tel: [Telefon] · [E-Mail]</w:t>
      </w:r>
    </w:p>
    <w:p/>
    <w:p>
      <w:r>
        <w:rPr>
          <w:b w:val="0"/>
        </w:rPr>
        <w:t>[Kundename]</w:t>
      </w:r>
    </w:p>
    <w:p>
      <w:r>
        <w:rPr>
          <w:b w:val="0"/>
        </w:rPr>
        <w:t>[Straße Nr.]</w:t>
      </w:r>
    </w:p>
    <w:p>
      <w:r>
        <w:rPr>
          <w:b w:val="0"/>
        </w:rPr>
        <w:t>[PLZ Ort]</w:t>
      </w:r>
    </w:p>
    <w:p>
      <w:pPr>
        <w:jc w:val="right"/>
      </w:pPr>
      <w:r>
        <w:rPr>
          <w:b w:val="0"/>
        </w:rPr>
        <w:t>[Ort], den [Datum]</w:t>
      </w:r>
    </w:p>
    <w:p>
      <w:r>
        <w:rPr>
          <w:b/>
          <w:color w:val="C8821A"/>
          <w:sz w:val="32"/>
        </w:rPr>
        <w:t>Zahlungserinnerung</w:t>
      </w:r>
    </w:p>
    <w:p>
      <w:r>
        <w:rPr>
          <w:b w:val="0"/>
        </w:rPr>
        <w:t>Rechnung Nr. [2026-___] vom [Rechnungsdatum] über [______ €]</w:t>
      </w:r>
    </w:p>
    <w:p>
      <w:r>
        <w:rPr>
          <w:b w:val="0"/>
        </w:rPr>
        <w:t>Sehr geehrte/r [Anrede Name],</w:t>
        <w:br/>
        <w:br/>
        <w:t>sicher ist es nur im Alltag untergegangen: Zu unserer oben genannten Rechnung konnten wir bis heute keinen Zahlungseingang feststellen. Wir bitten Sie, den offenen Betrag von [______ €] bis zum [Datum, z. B. in 7 Tagen] auf unser Konto zu überweisen.</w:t>
        <w:br/>
        <w:br/>
        <w:t>Sollte sich Ihre Zahlung mit diesem Schreiben überschnitten haben, betrachten Sie es bitte als gegenstandslos.</w:t>
      </w:r>
    </w:p>
    <w:p>
      <w:r>
        <w:rPr>
          <w:b w:val="0"/>
        </w:rPr>
        <w:t>Bankverbindung: [Bank] · IBAN [___] · BIC [___] · Verwendungszweck: [Rechnungsnummer]</w:t>
      </w:r>
    </w:p>
    <w:p>
      <w:r>
        <w:rPr>
          <w:b w:val="0"/>
        </w:rPr>
        <w:t>Mit freundlichen Grüßen</w:t>
        <w:br/>
        <w:t>[Name, Firma]</w:t>
      </w:r>
    </w:p>
    <w:p>
      <w:r>
        <w:br w:type="page"/>
      </w:r>
    </w:p>
    <w:p>
      <w:r>
        <w:rPr>
          <w:color w:val="6B7280"/>
          <w:sz w:val="17"/>
        </w:rPr>
        <w:t>[Firmenname] · [Straße Nr.] · [PLZ Ort] · Tel: [Telefon] · [E-Mail]</w:t>
      </w:r>
    </w:p>
    <w:p/>
    <w:p>
      <w:r>
        <w:rPr>
          <w:b w:val="0"/>
        </w:rPr>
        <w:t>[Kundename]</w:t>
      </w:r>
    </w:p>
    <w:p>
      <w:r>
        <w:rPr>
          <w:b w:val="0"/>
        </w:rPr>
        <w:t>[Straße Nr.]</w:t>
      </w:r>
    </w:p>
    <w:p>
      <w:r>
        <w:rPr>
          <w:b w:val="0"/>
        </w:rPr>
        <w:t>[PLZ Ort]</w:t>
      </w:r>
    </w:p>
    <w:p>
      <w:pPr>
        <w:jc w:val="right"/>
      </w:pPr>
      <w:r>
        <w:rPr>
          <w:b w:val="0"/>
        </w:rPr>
        <w:t>[Ort], den [Datum]</w:t>
      </w:r>
    </w:p>
    <w:p>
      <w:r>
        <w:rPr>
          <w:b/>
          <w:color w:val="C8821A"/>
          <w:sz w:val="32"/>
        </w:rPr>
        <w:t>1. Mahnung</w:t>
      </w:r>
    </w:p>
    <w:p>
      <w:r>
        <w:rPr>
          <w:b w:val="0"/>
        </w:rPr>
        <w:t>Rechnung Nr. [2026-___] vom [Rechnungsdatum] · fällig seit [Datum]</w:t>
      </w:r>
    </w:p>
    <w:p>
      <w:r>
        <w:rPr>
          <w:b w:val="0"/>
        </w:rPr>
        <w:t>Sehr geehrte/r [Anrede Name],</w:t>
        <w:br/>
        <w:br/>
        <w:t>leider ist der Rechnungsbetrag trotz unserer Zahlungserinnerung vom [Datum] noch nicht bei uns eingegangen. Bitte überweisen Sie den offenen Betrag bis spätestens [Datum].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Posten</w:t>
            </w:r>
          </w:p>
        </w:tc>
        <w:tc>
          <w:tcPr>
            <w:tcW w:type="dxa" w:w="4706"/>
          </w:tcPr>
          <w:p>
            <w:r>
              <w:t>Betrag</w:t>
            </w:r>
          </w:p>
        </w:tc>
      </w:tr>
      <w:tr>
        <w:tc>
          <w:tcPr>
            <w:tcW w:type="dxa" w:w="4706"/>
          </w:tcPr>
          <w:p>
            <w:r>
              <w:t>Rechnungsbetrag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  <w:tr>
        <w:tc>
          <w:tcPr>
            <w:tcW w:type="dxa" w:w="4706"/>
          </w:tcPr>
          <w:p>
            <w:r>
              <w:t>Verzugszinsen (§ 288 BGB) ab [Datum]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  <w:tr>
        <w:tc>
          <w:tcPr>
            <w:tcW w:type="dxa" w:w="4706"/>
          </w:tcPr>
          <w:p>
            <w:r>
              <w:t>Mahnkosten / Verzugspauschale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  <w:tr>
        <w:tc>
          <w:tcPr>
            <w:tcW w:type="dxa" w:w="4706"/>
          </w:tcPr>
          <w:p>
            <w:r>
              <w:t>Offener Gesamtbetrag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</w:tbl>
    <w:p/>
    <w:p>
      <w:r>
        <w:rPr>
          <w:b w:val="0"/>
        </w:rPr>
        <w:t>Bankverbindung: [Bank] · IBAN [___] · BIC [___] · Verwendungszweck: [Rechnungsnummer]</w:t>
      </w:r>
    </w:p>
    <w:p>
      <w:r>
        <w:rPr>
          <w:b w:val="0"/>
        </w:rPr>
        <w:t>Mit freundlichen Grüßen</w:t>
        <w:br/>
        <w:t>[Name, Firma]</w:t>
      </w:r>
    </w:p>
    <w:p>
      <w:r>
        <w:br w:type="page"/>
      </w:r>
    </w:p>
    <w:p>
      <w:r>
        <w:rPr>
          <w:color w:val="6B7280"/>
          <w:sz w:val="17"/>
        </w:rPr>
        <w:t>[Firmenname] · [Straße Nr.] · [PLZ Ort] · Tel: [Telefon] · [E-Mail]</w:t>
      </w:r>
    </w:p>
    <w:p/>
    <w:p>
      <w:r>
        <w:rPr>
          <w:b w:val="0"/>
        </w:rPr>
        <w:t>[Kundename]</w:t>
      </w:r>
    </w:p>
    <w:p>
      <w:r>
        <w:rPr>
          <w:b w:val="0"/>
        </w:rPr>
        <w:t>[Straße Nr.]</w:t>
      </w:r>
    </w:p>
    <w:p>
      <w:r>
        <w:rPr>
          <w:b w:val="0"/>
        </w:rPr>
        <w:t>[PLZ Ort]</w:t>
      </w:r>
    </w:p>
    <w:p>
      <w:pPr>
        <w:jc w:val="right"/>
      </w:pPr>
      <w:r>
        <w:rPr>
          <w:b w:val="0"/>
        </w:rPr>
        <w:t>[Ort], den [Datum]</w:t>
      </w:r>
    </w:p>
    <w:p>
      <w:r>
        <w:rPr>
          <w:b/>
          <w:color w:val="C8821A"/>
          <w:sz w:val="32"/>
        </w:rPr>
        <w:t>Letzte Mahnung</w:t>
      </w:r>
    </w:p>
    <w:p>
      <w:r>
        <w:rPr>
          <w:b w:val="0"/>
        </w:rPr>
        <w:t>Rechnung Nr. [2026-___] vom [Rechnungsdatum] · fällig seit [Datum]</w:t>
      </w:r>
    </w:p>
    <w:p>
      <w:r>
        <w:rPr>
          <w:b w:val="0"/>
        </w:rPr>
        <w:t>Sehr geehrte/r [Anrede Name],</w:t>
        <w:br/>
        <w:br/>
        <w:t>trotz Zahlungserinnerung vom [Datum] und Mahnung vom [Datum] ist der offene Betrag weiterhin nicht beglichen. Wir setzen Ihnen hiermit eine letzte Frist bis zum [Datum].</w:t>
        <w:br/>
        <w:br/>
        <w:t>Geht der Betrag bis dahin nicht ein, werden wir ohne weitere Ankündigung [das gerichtliche Mahnverfahren einleiten / ein Inkassounternehmen beauftragen]. Die dadurch entstehenden Kosten gehen zu Ihren Lasten.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Posten</w:t>
            </w:r>
          </w:p>
        </w:tc>
        <w:tc>
          <w:tcPr>
            <w:tcW w:type="dxa" w:w="4706"/>
          </w:tcPr>
          <w:p>
            <w:r>
              <w:t>Betrag</w:t>
            </w:r>
          </w:p>
        </w:tc>
      </w:tr>
      <w:tr>
        <w:tc>
          <w:tcPr>
            <w:tcW w:type="dxa" w:w="4706"/>
          </w:tcPr>
          <w:p>
            <w:r>
              <w:t>Rechnungsbetrag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  <w:tr>
        <w:tc>
          <w:tcPr>
            <w:tcW w:type="dxa" w:w="4706"/>
          </w:tcPr>
          <w:p>
            <w:r>
              <w:t>Verzugszinsen (§ 288 BGB) ab [Datum]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  <w:tr>
        <w:tc>
          <w:tcPr>
            <w:tcW w:type="dxa" w:w="4706"/>
          </w:tcPr>
          <w:p>
            <w:r>
              <w:t>Mahnkosten / Verzugspauschale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  <w:tr>
        <w:tc>
          <w:tcPr>
            <w:tcW w:type="dxa" w:w="4706"/>
          </w:tcPr>
          <w:p>
            <w:r>
              <w:t>Offener Gesamtbetrag</w:t>
            </w:r>
          </w:p>
        </w:tc>
        <w:tc>
          <w:tcPr>
            <w:tcW w:type="dxa" w:w="4706"/>
          </w:tcPr>
          <w:p>
            <w:r>
              <w:t>[______ €]</w:t>
            </w:r>
          </w:p>
        </w:tc>
      </w:tr>
    </w:tbl>
    <w:p/>
    <w:p>
      <w:r>
        <w:rPr>
          <w:b w:val="0"/>
        </w:rPr>
        <w:t>Bankverbindung: [Bank] · IBAN [___] · BIC [___] · Verwendungszweck: [Rechnungsnummer]</w:t>
      </w:r>
    </w:p>
    <w:p>
      <w:r>
        <w:rPr>
          <w:b w:val="0"/>
        </w:rPr>
        <w:t>Mit freundlichen Grüßen</w:t>
        <w:br/>
        <w:t>[Name, Firma]</w:t>
      </w:r>
    </w:p>
    <w:p>
      <w:r>
        <w:rPr>
          <w:color w:val="6B7280"/>
          <w:sz w:val="17"/>
        </w:rPr>
        <w:t>Verzugszinsen: Verbraucher 5, Geschäftskunden 9 Prozentpunkte über dem Basiszinssatz (§ 288 BGB); bei Geschäftskunden zusätzlich 40 € Verzugspauschale (§ 288 Abs. 5 BGB). Zinsen ausrechnen: handwerkstool.de/rechner/verzugszinsen | Vorlage bereitgestellt von handwerkstool.de — Mahnungen per Klick statt hinterhertelefonieren: https://handwerkstool.de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